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2088: 求区间和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2088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707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个整数，请求出从第 A 个数到第 B 个数之间的所有数的和。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第一行有一个数 N（3 ≤ N ≤ 300）其中 N 为数的个数。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N个整数。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第三行有两个整数 A、B，A 为这 N 个数中的第 A 个数，B 为这 N 个数中的第 B 个数。（A ≤ B）。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仅一个数，即从第 A 个数开始至第 B 个数为止的所有数的和。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5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4 3 5 7 1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