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2087: 订做校服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模拟 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学校准备召开年度文艺汇演，六年级的同学们决定一起订做新校服，参加汇演。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现给出每件校服的价钱，以及六年级每个班级的人数，请编程计算出，所有同学订做校服需要的总价钱。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第一行：一个整数 x ，表示每件校服的价钱。(x ≤ 100)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第二行：一个整数 n ，表示六年级的班级数。(n ≤ 10)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第三行：n 个整数，表示六年级各班的人数。（各班人数在 50 人以内）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一个整数代表全年级订制校服所需要的总价钱。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48 50 51 49 50 52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