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2086: 寻找指定大小的数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2086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470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小智想从 N 个不同的整数中找出第 X 大和第 Y 小的数，你能帮助他吗？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第一行：整数 N ，代表有 N 个整数。3 ≤ N ≤ 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第二行：连续 N 个不超过1000000的正整数。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第三行：X 和 Y。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两个整数，用空格隔开，分别代表第 X 大的数和第 Y 小的数。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3 1 2 6 7 9 5 8 10 4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6 3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