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2081: 放大镜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张老师有一个神奇的放大镜，他可以把一个 1 ∼ 9 之间的整数 n ，放大为 n 个整数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比如：你有 1 个整数 5 ，通过放大镜放大，你将看到55555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一个 1 ∼ 9 之间的整数。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输出放大后的数字。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