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2080: 邻接点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图论邻接表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图论 邻接表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一个有向图中有 n 个点（编号为 1 ∼ n ），e 条边，请读入 e 条边，按照结点编号从小到大的顺序，输出每个点，及每个点的邻接点（每个点的出边指向的结点）有哪些（输出邻接点也按照编号从小到大的顺序）。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例如：有如下图所示的有向图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结点 1 的邻接点有：2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结点 2 的邻接点有：3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结点 3 的邻接点有：5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结点 4 的邻接点有：3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结点 5 没有邻接点。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2635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glj4zkm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635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 2 个整数，n 和 e ，代表有 n 个点， e 条边；（n ≤ 1,000,000，e ≤ 10,000）；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e 行，每行有 2 个整数 x,y ，代表 x 到 y 之间存在一有向条边（x,y ≤ n）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本题测试数据确保任意两点之间最多只有 1 条边、且数据合法，不存在 x 点到 x 点有边的情况。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按照从小到大的顺序，先输出每个点的编号（如果该点没有出度，则该点不输出），再换行输出该点有出边可达的点的编号（也是按从小到大的顺序），输出格式请参考本题的样例。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样例解释：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样例输入将形成如下图所示的图形，其中：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结点1的邻接点有：2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结点2的邻接点有：3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结点3的邻接点有：5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结点4的邻接点有：3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结点5没有邻接点，因此不输出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26356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glj4zkm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6356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