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2079: 平均绩点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每门课的成绩分为 A、B、C、D、F 五个等级，为了计算平均绩点，规定 A、B、C、D、F 分别代表 4 分、3 分、2 分、1 分、0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n（3 &lt; n &lt; 100）,代表有 n 组成绩。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每一组成绩输入数据占一行，由一个或多个大写字母组成(不含空格等其他字符)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每组输出结果占一行。如果输入的大写字母都在集合｛A,B,C,D,F｝ 中，则输出对应的平均绩点，结果保留两位小数。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否则，输出“ Unknown 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ABCDF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BFFCCA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DCEF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1.83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Unknown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