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2078: 起止位置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位同学按照年龄从小到大排好队。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王老师想要查询，年龄为 x 的同学，在队伍中首次出现的位置和最后一次出现的位置；如果队伍中不存在年龄为 x 的同学，请输出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由于人数太多，一个一个数，太慢啦，请你编程求解。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请注意：本题中王老师查询年龄 x 出现的起止位置，并不是查询了 1 次，而是查询了 q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假设有 6 位同学的年龄为：1 2 2 2 3 3，王老师查询了 4 个年龄，分别是 2 1 3 8 ，那么：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年龄为 2 的同学首次和最后一次出现的位置分别是：2 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年龄为 1 的同学首次和最后一次出现的位置分别是：1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年龄为 3 的同学首次和最后一次出现的位置分别是：5 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年龄为 8 的同学首次和最后一次出现的位置分别是：-1 -1；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第一行包含整数 n 和 q ，表示队伍中的总人数和询问个数。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个整数（整数的值均在 1 ∼ 10000 范围内），表示队伍中每个人的年龄。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行，每行包含一个整数 x ，表示一次询问的值。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q 行，每行包含两个整数，表示所求年龄在队伍中的起始位置和终止位置。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如果数组中不存在该元素，则返回 -1 -1。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1≤n≤100000,1≤q≤10000,1≤x≤10000。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