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2077: 奖品采购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动态规划多重背包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多重背包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为了迎接班级的元旦晚会，班主任王老师特批了 m 元请你帮忙采购物品，并给你一张清单，注明了王老师调研小卖部中出售的 n 个待选物品的价格、价值（价值越高，同学们越喜欢）、以及最多能买到的数量。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请你编程计算出，m 元最多能够采购到的物品的最大价值是多少？注意，m 元不一定都要花完。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行两个数 n (n ≤ 500)，m (m &lt; 6000)，其中 n 代表清单中待选物品总数，m 表示王老师的拨款金额。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3 个数，p、v、s 分别表示第 i 种物品的价格、价值和能够买的最大数量（买 0 件到 s 件均可），其中 p ≤ 100,v ≤ 100,s ≤ 10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输出一个整数，表示能够采购到的最大价值。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80 20 4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40 50 9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30 50 7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40 30 6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20 20 1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