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2073: 码头的集装箱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码头上停泊一艘远洋轮船，轮船可以装下 c 吨的货物，码头上有 n 个集装箱需要运走，已知第 i 个集装箱的重量为w_i。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请你编程计算，在不超出轮船最大载重量的情况下，该轮船最多可以运走多少吨的集装箱。（注意：单个集装箱不能拆开运送，对于每个集装箱来说，要么整个运到轮船上，要么不运）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 2 个正整数 n 和 c 。n 是集装箱数，c 是轮船的载重量。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行中有 n 个正整数，表示集装箱的重量（0 &lt; n &lt; 10000,0 &lt; c &lt; 32767)。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计算出的最大装载重量输出。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7 2 6 5 4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