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2071: 素数个数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筛素数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筛素数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1,2,⋯,N 中素数的个数。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的数据，1≤N≤10^6。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的数据，1≤N≤10^7。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的数据，1≤N≤10^8。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