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2067: 走出迷宫的方法数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2067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989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递推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n × m 的矩阵迷宫，每个点都可以走，如果从 1,1 点出发，只能向下或者向右行走，请问走到 n,m 点有多少种不同的方法。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1 行有 2 个整数 n 和 m ，用空格隔开（ 2 ≤ n,m ≤ 30 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1 个整数，表示总方法数。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