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2064: 二进制折半交换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给出一个小于 2^{32} 的正整数。这个数可以用一个 32 位的二进制数表示（不足 32 位用 0 补足）。我们称这个二进制数的前 16 位为“高位”，后 16 位为“低位”。将它的高低位交换，我们可以得到一个新的数。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试问这个新的数是多少（用十进制表示）。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例如，数 1314520 用二进制表示为 0000 0000 0001 0100 0000 1110 1101 1000（添加了 11 个前导 0 补足为 32 位），其中前 16 位为高位，即0000 0000 0001 0100；后 16 位为低位，即 0000 1110 1101 1000 。将它的高低位进行交换，我们得到了一个新的二进制数 0000 1110 1101 1000 0000 0000 0001 0100。它即是十进制的 249036820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一个小于 2^{32}的正整数。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输出按题意计算后的新数。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1314520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249036820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