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2060: 计算能力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前缀和差分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A 同学有着很强的计算能力，张老师为了检验小 A 同学的计算能力，写了一个 n 个数的数列。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张老师问了小 A 同学 m 个问题，每个问题都是请小 A 同学计算这个数列从第 x 个数开始到第 y 个数结束这个区间的所有数的和。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请你编程帮助张老师计算出结果。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第一行包含两个整数 n 和 m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行，每行包含两个整数 x 和 y 表示。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x ≤ y ≤ n。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n,m ≤ 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数列中元素的值，在 [−1000,1000] 的范围内。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共 m 行，每行输出一个询问的结果。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1 3 6 5 4 2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