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2057: 合并石子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动态规划区间动归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区间动归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在一个操场上一排地摆放着 N 堆石子。现要将石子有次序地合并成一堆。规定每次只能选相邻的 2 堆石子合并成新的一堆，并将新的一堆石子数记为该次合并的得分。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设计一个程序，计算出将 N 堆石子合并成一堆的最小得分。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第一行为一个正整数 N (2≤N≤100)。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N 行，每行一个正整数，小于 10000，分别表示第 i 堆石子的个数（1≤i≤N）。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为一个正整数，即最小得分。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