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2056: 铲雪车snow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图论欧拉路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随着白天越来越短夜晚越来越长，我们不得不考虑铲雪问题了。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整个城市所有的道路都是双车道，因为城市预算的削减，整个城市只有 1 辆铲雪车。铲雪车只能把它开过的地方（车道）的雪铲干净，无论哪儿有雪，铲雪车都得从停放的地方出发，游历整个城市的街道。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现在的问题是：最少要花多少时间去铲掉所有道路上的雪呢？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输入数据的第 1 行表示铲雪车的停放坐标（x,y），x，y 为整数，单位为米。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下面最多有 100 行，每行给出了一条街道的起点坐标和终点坐标，所有街道都是笔直的，且都是双向一个车道。铲雪车可以在任意交叉口、或任何街道的末尾任意转向，包括转U型弯。铲雪车铲雪时前进速度为 20 km/h，不铲雪时前进速度为 50 km/h。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保证：铲雪车从起点一定可以到达任何街道。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铲掉所有街道上的雪并且返回出发点的最短时间，精确到分钟。（请输出 2 位的分钟数，如：3 小时 1 分钟，请输出 3:01）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0 0 10000 10000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5000 -10000 5000 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5000 10000 10000 10000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3:55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3小时55分钟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