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2055: 欧拉路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图论欧拉路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 欧拉路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有一个无向图，图中要么有两个奇点要么0奇点，如果是欧拉回路请从第一个点（1号点）为起点开始遍历，如果有两个奇点，则以字典序大的为起点开始遍历，在遍历的过程中，字典序小结点的先遍历。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请输出满足条件的欧拉路或者欧拉回路。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第一行两个整数，n和e，表示有n个结点（结点编号为1~n），e条边。（5&lt;=n&lt;=20,5&lt;=e&lt;=15）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接下来e行，每行有2个数，代表这两个结点之间有一条边。（本题数据保证两个结点之间最多只有1条边，确保本题存在欧拉路或者欧拉回路）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只有一行，为满足条件的欧拉路或欧拉回路。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1 2 3 4 5 1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