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2054: 骑马修栅栏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图论欧拉路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 欧拉路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农民John每年有很多栅栏要修理。他总是骑着马穿过每一个栅栏并修复它破损的地方。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John是一个与其他农民一样懒的人。他讨厌骑马，因此从来不两次经过一个栅栏。你必须编一个程序，读入栅栏网络的描述，并计算出一条修栅栏的路径，使每个栅栏都恰好被经过一次。John能从任何一个顶点(即两个栅栏的交点)开始骑马，在任意一个顶点结束。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每一个栅栏连接两个顶点，顶点用1到500标号(虽然有的农场并没有500个顶点)。一个顶点上可连接任意多(&gt;=1)个栅栏。所有栅栏都是连通的(也就是你可以从任意一个栅栏到达另外的所有栅栏)。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你的程序必须输出骑马的路径(用路上依次经过的顶点号码表示)。我们如果把输出的路径看成是一个500进制的数，那么当存在多组解的情况下，输出500进制表示法中最小的一个 (也就是输出第一个数较小的，如果还有多组解，输出第二个数较小的，等等)。 输入数据保证至少有一个解。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第1行: 一个整数F(1 &lt;= F &lt;= 1024)，表示栅栏的数目 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第2到F+1行: 每行两个整数i, j(1 &lt;= i,j &lt;= 500)表示这条栅栏连接i与j号顶点。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输出应当有F+1行，每行一个整数，依次表示路径经过的顶点号。注意数据可能有多组解，但是只有上面题目要求的那一组解是认为正确的。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