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2050: 最少的手续费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2050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某商业银行规定，两个银行账户之间转账，银行需要收取一定的手续费，且不同的账户之间转账，手续费可能不同。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现给定 n 个账户中的某些账户之间互相转账的手续费（转账后另一个账户收到的费用 = 转账费用 - 手续费），请问 A 如果希望通过转账使得 B 收到 100 元，那么 A 需要准备多少钱？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第一行输入两个正整数 n,m，分别表示总人数和可以互相转账的人的对数。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 m 行每行输入三个正整数 x,y,z，表示编号为 x 的人和编号为 y 的人之间互相转账需要扣除 z% 的手续费 (z &lt; 100)。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最后一行输入两个正整数 A,B。数据保证 A 与 B 之间可以直接或间接地转账。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A 使得 B 到账 100 元最少需要的总费用。精确到小数点后 8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103.07153164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n ≤q 2000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≤q m ≤q 100000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