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2049: 两点之间的最短路径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在一个地图上有 n 个点，每个点给出其对应的坐标，有些点之间有路径可达（两点之间有线），有些点之间没有。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请编程求解从一个点到另一个点的最短路径长度。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输入文件共 n+m+3 行，其中: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第一行为整数 n（n≤100），表示地图上有 n 个点。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行到第 n+1 行（共 n 行） ，每行两个整数 x 和 y ，描述了一个点的坐标（每个点的坐标均在-10000~10000之间）。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n+2 行为一个整数 m，表示图中连线的个数。（m≤10000）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此后的 m 行，每行描述一条连线，由两个整数 i 和 j 组成，表示第 i 个点和第 j 个点之间有连线。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最后一行：两个整数 s 和 t ，分别表示源点和目标点是我们读入的 n 个点中的第几个点。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输出文件仅一行，一个实数（保留两位小数），表示从 s 到 t 的最短路径长度。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3.41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