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2048: 最短路径</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2048</w:t>
            </w:r>
          </w:p>
        </w:tc>
      </w:tr>
      <w:tr>
        <w:tc>
          <w:tcPr>
            <w:tcW w:type="dxa" w:w="4320"/>
          </w:tcPr>
          <w:p>
            <w:r>
              <w:t>标签</w:t>
            </w:r>
          </w:p>
        </w:tc>
        <w:tc>
          <w:tcPr>
            <w:tcW w:type="dxa" w:w="4320"/>
          </w:tcPr>
          <w:p>
            <w:r>
              <w:t>图论</w:t>
            </w:r>
          </w:p>
        </w:tc>
      </w:tr>
      <w:tr>
        <w:tc>
          <w:tcPr>
            <w:tcW w:type="dxa" w:w="4320"/>
          </w:tcPr>
          <w:p>
            <w:r>
              <w:t>难度</w:t>
            </w:r>
          </w:p>
        </w:tc>
        <w:tc>
          <w:tcPr>
            <w:tcW w:type="dxa" w:w="4320"/>
          </w:tcPr>
          <w:p>
            <w:r>
              <w:t>入门</w:t>
            </w:r>
          </w:p>
        </w:tc>
      </w:tr>
      <w:tr>
        <w:tc>
          <w:tcPr>
            <w:tcW w:type="dxa" w:w="4320"/>
          </w:tcPr>
          <w:p>
            <w:r>
              <w:t>正确</w:t>
            </w:r>
          </w:p>
        </w:tc>
        <w:tc>
          <w:tcPr>
            <w:tcW w:type="dxa" w:w="4320"/>
          </w:tcPr>
          <w:p>
            <w:r>
              <w:t>3344</w:t>
            </w:r>
          </w:p>
        </w:tc>
      </w:tr>
      <w:tr>
        <w:tc>
          <w:tcPr>
            <w:tcW w:type="dxa" w:w="4320"/>
          </w:tcPr>
          <w:p>
            <w:r>
              <w:t>来源</w:t>
            </w:r>
          </w:p>
        </w:tc>
        <w:tc>
          <w:tcPr>
            <w:tcW w:type="dxa" w:w="4320"/>
          </w:tcPr>
          <w:p>
            <w:r>
              <w:t>图论</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在带权有向图 G 中，给定一个源点 v ，求从 v 到 G 中的其余各顶点的最短路径问题，叫做单源点的最短路径问题。</w:t>
      </w:r>
    </w:p>
    <w:p>
      <w:pPr>
        <w:spacing w:before="40" w:after="40"/>
        <w:ind w:left="720"/>
      </w:pPr>
      <w:r>
        <w:rPr>
          <w:rFonts w:ascii="Consolas" w:hAnsi="Consolas"/>
          <w:sz w:val="18"/>
        </w:rPr>
        <w:t>在常用的单源点最短路径算法中，迪杰斯特拉算法是最为常用的一种，是一种按照路径长度递增的次序产生最短路径的算法。</w:t>
      </w:r>
    </w:p>
    <w:p>
      <w:pPr>
        <w:spacing w:before="40" w:after="40"/>
        <w:ind w:left="720"/>
      </w:pPr>
      <w:r>
        <w:rPr>
          <w:rFonts w:ascii="Consolas" w:hAnsi="Consolas"/>
          <w:sz w:val="18"/>
        </w:rPr>
        <w:t>在本题中，读入一个有向图的带权邻接矩阵（即数组表示），建立有向图并按照以上描述中的算法求出源点至每一个其它顶点的最短路径长度。</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输入的第一行包含 2 个正整数 n 和 s ，表示图中共有 n 个顶点，且源点为 s 。（2 ≤ n ≤ 50,1 ≤ s ≤ n）</w:t>
      </w:r>
    </w:p>
    <w:p>
      <w:pPr>
        <w:spacing w:before="40" w:after="40"/>
        <w:ind w:left="720"/>
      </w:pPr>
      <w:r>
        <w:rPr>
          <w:rFonts w:ascii="Consolas" w:hAnsi="Consolas"/>
          <w:sz w:val="18"/>
        </w:rPr>
        <w:t>以后的 n 行中每行有 n 个用空格隔开的整数。</w:t>
      </w:r>
    </w:p>
    <w:p>
      <w:pPr>
        <w:spacing w:before="40" w:after="40"/>
        <w:ind w:left="720"/>
      </w:pPr>
      <w:r>
        <w:rPr>
          <w:rFonts w:ascii="Consolas" w:hAnsi="Consolas"/>
          <w:sz w:val="18"/>
        </w:rPr>
        <w:t>对于第 i 行的第 j 个整数，如果大于 0 ，则表示第 i 个顶点有指向第 j 个顶点的有向边，且权值为对应的整数值（0≤权值≤100）；如果这个整数为 0 ，则表示没有 i 指向 j 的有向边。</w:t>
      </w:r>
    </w:p>
    <w:p>
      <w:pPr>
        <w:spacing w:before="40" w:after="40"/>
        <w:ind w:left="720"/>
      </w:pPr>
      <w:r>
        <w:rPr>
          <w:rFonts w:ascii="Consolas" w:hAnsi="Consolas"/>
          <w:sz w:val="18"/>
        </w:rPr>
        <w:t>当 i 和 j 相等的时候，保证对应的整数为 0 。</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只有一行，共有 n-1 个整数，表示源点至其它每一个顶点的最短路径长度。</w:t>
      </w:r>
    </w:p>
    <w:p>
      <w:pPr>
        <w:spacing w:before="40" w:after="40"/>
        <w:ind w:left="720"/>
      </w:pPr>
      <w:r>
        <w:rPr>
          <w:rFonts w:ascii="Consolas" w:hAnsi="Consolas"/>
          <w:sz w:val="18"/>
        </w:rPr>
        <w:t>如果不存在从源点至相应顶点的路径，输出 -1。</w:t>
      </w:r>
    </w:p>
    <w:p>
      <w:pPr>
        <w:spacing w:before="40" w:after="40"/>
        <w:ind w:left="864"/>
      </w:pPr>
      <w:r>
        <w:rPr>
          <w:rFonts w:ascii="Consolas" w:hAnsi="Consolas"/>
          <w:sz w:val="18"/>
        </w:rPr>
        <w:t xml:space="preserve"> </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在本题中，需要按照题目描述中的算法完成迪杰斯特拉算法，并在计算最短路径的过程中将每个顶点是否可达记录下来，直到求出每个可达顶点的最短路径之后，算法才能够结束。</w:t>
      </w:r>
    </w:p>
    <w:p>
      <w:pPr>
        <w:spacing w:before="40" w:after="40"/>
        <w:ind w:left="720"/>
      </w:pPr>
      <w:r>
        <w:rPr>
          <w:rFonts w:ascii="Consolas" w:hAnsi="Consolas"/>
          <w:sz w:val="18"/>
        </w:rPr>
        <w:t>迪杰斯特拉算法的特点是按照路径长度递增的顺序，依次添加下一条长度最短的边，从而不断构造出相应顶点的最短路径。</w:t>
      </w:r>
    </w:p>
    <w:p>
      <w:pPr>
        <w:spacing w:before="40" w:after="40"/>
        <w:ind w:left="720"/>
      </w:pPr>
      <w:r>
        <w:rPr>
          <w:rFonts w:ascii="Consolas" w:hAnsi="Consolas"/>
          <w:sz w:val="18"/>
        </w:rPr>
        <w:t>另外需要注意的是，在本题中为了更方便的表示顶点间的不可达状态，可以使用一个十分大的值作为标记。</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