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2047: 最短距离和路径问题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个城市（编号为 1 ∼ n），m 条道路（n &lt; 1000, m &lt; 10000)，每条道路有个长度（道路是双向的，两个方向都能走），请找到从起点 s 到终点 t 的最短距离和经过的城市名。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第一行输入四个数，分别为 n,m,s,t。（n &lt; 1000, m &lt; 10000，1≤s,t≤n）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行，每行三个数 x,y,len ，分别为两个城市名和距离。（1≤x,y≤n，1≤len≤50000）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每组输出占两行。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第一行输出起点到终点的最短距离。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第二行输出最短路径上经过的城市名，如果有多条最短路径，输出字典序最小的那条。若不存在从起点到终点的路径，则输出can't arrive。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请注意：本题两个相同的城市之间可能存在多条路径。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