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2044: 城市之间的最短路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小丁同学准备去A国旅游，他买了一张A国的地图，地图标出了A国著名的 n 个旅游热门城市，并标注了这 n 个城市之间有 m 条双向路线相连以及每条双向路线的长度。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请你编程帮助小丁求出其中两个城市之间的最短距离。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输入第一行为两个正整数 n（n ≤ 10）和 m（m ≤ n × (n-1)/2），n 表示城市个数，m 表示线段个数。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行，每行输入三个整数 a,b 和 l ，表示 a 市与 b 市之间存在一条线段，线段长度为 l 。（ a 与 b 不同，且本题的数据中两个城市之间最多只有一条路）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每组最后一行输入两个整数 x 和 y ，表示问题：x 市与 y 市之间的最短距离是多少。（x 与 y 不同）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城市标号为 1 ∼ n， 1 ≤ l ≤ 20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x 市与 y 市之间的最短距离，如果 x 市与 y 市之间非连通，则输出 No path。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