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2043: 最佳位置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贪心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贝壳街上有很多家住户，小丁准备在该条街上开一家商店，请问，他的商店开在哪里，可以使得所有住户到商店的距离的总和是最小的。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本题中，假设该条街是一条笔直的街道，街道的起始位置标记为 0 ，已知每个住户离起点的距离。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本题要求的位置可以是街道中的任何一个位置，也可以和住户的位置是重叠的，如果有多个位置到所有住户的距离总和都是最小的，请输出可选位置的最大值。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输入的第一行是一个整数 T ，表示有 T 组测试数据。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每组测试数据第一行是一个整数 N 表示在贝壳街上共有 N 个住户。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行，每行一个整数 a_i 表示每个住户住所的位置，所有住户住所的位置均不相同。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对于每组输入，输出一行，包含两个整数，分别是你确定的商店位置，以及商店到所有住户住所的距离之和。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20 60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1 ≤ T ≤ 5，1 ≤ N ≤ 1000 ，0 ≤ a_i ≤ 30000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