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2041: 找最小数的位置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797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从键盘读入若干整数，请问这些数中，最小数是第几个数？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 （n ≤ 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个数中，最小数是第几个数，如果有多个最小数，请输出第一个出现的最小数的位置。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