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2040: 找数组的最大数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个整数，请问这 n 个整数的最大数是多少？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第1行读入一个整数 n （n ≤ 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第2行读入 n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输出数组中的最大数。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2 1 5 3 4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