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2039: 奇数位偶数位和与差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2039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537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 N 个数，求它们奇数位之和偶数位之和（注意：不是奇数和偶数的和，是奇数位和偶数位的和），并输出这两个和中较大数减较小数的结果。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第一行数值 n ，接下来 n 行，每行一个整形数字。 （n ≤ 1000）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第一行输出奇数位和。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第二行输出偶数位的和。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第三行，将上述大的和减去小的和的差。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5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4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6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8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10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12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