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2038: 求数字的位置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输入一个字符串，请输出字符串中数字字符是字符串的第几个字符，如果有多个数字字符，请输出多个数字字符的位置。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输入第一行表示测试用例的个数 m（ m ≤ 100 ），接下来 m 行每行 1 个字符串（不含空格），字符串长度不超过 50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行。每行输出一行数字，用空格隔开，按顺序表示字符串中出现的数字的位置。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a3b4c5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2 4 6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