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2037: 统计数字出现次数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2037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541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个数，计算数字 M 的出现次数，并输出 M 的第一次出现的位置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总共 N+2 行数据。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第一行为数字 N（N ≤ 100000）。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行，每行一个整数。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最后一行为数字 M 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在上述的 N 的数据中查找 M 第一次出现的位置及总共出现的次数。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首次出现的位置和次数。未找到的位置输出 0，次数输出 0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