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2036: 查找最小的k个元素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个正整数（可以有重复的情况出现），输出其中最小的 k 个（如有重复的情况出现，重复输出），其中1 ≤ k ≤ n ≤ 10000，每个正整数小于 10000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例如输入 1、4、8、2、5、7、6、3 这 8 个数字，则最小的 4 个数字为 1、2、3、4。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再比如输入 1、2、2、3、3、4 这 6 个数字，则最小的 4 个数字为：1、2、2、3（重复的数字可以重复输出，只要输出 k 个最小数就可以）。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第一行，n 和 k ，用空格隔开。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最小的 k 个正整数，且从小到大排序，用空格隔开。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1 2 3 4 5 6 7 8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1 2 3 4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