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2034: 相似数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2034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数组问题单调栈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377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输入一组数，我们定义每个数左侧比该数小的最接近该数的数为“相似数”，请编程找出一组数中每个数的“相似数”的值（如果没有符合条件的数，请输出 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数据的第一行是一个正整数 n ，表示一共有多少个数。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第二行有 n 个用空格隔开的正整数，它们从左至右给出了数列中的 n 个数。这些数保证小于 2^{31}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输出一行用空格隔开的 n 个数。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这些数对应于输入数据中的数的“相似数”。如果输入中某个数没有“相似数”（即它左边的数都不比它小），请输出 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【数据规模】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80% 的数据，n ≤ 10000。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的数据，n ≤ 200000。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