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2033: 回文字符串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2033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378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个字符串，请问该字符串是否是回文字符串（回文字符串指的是正过来读和反过来读是一样的字符串，比如 abcba），如果不是回文字符串，请问该字符串在调整字符之间的顺序之后能否构成回文？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比如：ababc 虽然不是回文字符串，但调整字符之间的顺序之后，得到 abcba 就是回文字符串。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行输入一个整数 n。（n ≤ 1000）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行，每行有一个字符串，字符串为长度不超过 10 的小写字母，且不包含空格。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对于每组输入，如果输入的字符串本身就是回文串，或者将这个字符串里的字符重新排列后可以构成回文串，则输出 Yes ，否则输出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qq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aab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