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2032: 人数清点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单调栈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午饭时间到了，同学们到食堂的窗口前排好了队伍，排队时间太长了，张同学无聊之际想到了一个问题，如果要编一个程序，输入每个人的身高（从最后一个同学开始输入，一直到排在第 1 位的挨着打菜窗口的同学，按照这个顺序输入），计算出每个人的前面能看到几个人，应该如何解决呢？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请注意：一个同学能够看到的人是在他前面且身高严格低于他的人，并且他的视线会被在他前面第一个身高大于等于他的人挡住。也就是说无论如何也无法看到再前面的人。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N+1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N 表示同学的个数。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N 行分别表示从后到前（窗口）同学的身高。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一行一个整数，表示所有同学能看到的人的个数和。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30% 的数据 1 ≤ N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 1 ≤ N ≤ 80000，第 i 个人的身高 a_i 在 [1,10^9] 的范围内。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