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2031: 换美金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2031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570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不同国家的货币之间有一个兑换比例，这个兑换比例我们称之为汇率。比如近期人民币对美元的汇率是 6.5382 ，这意味着，1 美元可以兑换到 6.5382 元人民币，那么 x 美元可以兑换到的人民币  = x × 6.5382 元人民币。当然，美元对人民币的汇率也不是一直不变的，每天这个汇率都可能发生变化。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张老师有 N 美元，他从某金融机构得到了未来 12 天，可能的汇率值。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请问，如果张老师要在未来 12 天将美元兑换为人民币，那么，他能兑换到的最多的人民币，是多少钱？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输入的第一行是一个小数 N（ 1.00≤N≤100.00 ），表示张老师现有的美金数量。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接下来一行，包含 12 个小数 a_i ，表示接下来十二个月的美元对人民币汇率。（ 0≤a_i≤10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输出一个小数，表示最多能获得的人民币数量，结果保留两位小数。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46.91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6.31 6.32 6.61 6.65 5.55 5.63 6.82 6.42 6.40 5.62 6.78 5.60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319.93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