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2030: 信息传递  [NOIP2015 提高组]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2030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noip复赛图论Tarjan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393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 图论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个同学（编号为 1 到 n ）正在玩一个信息传递的游戏。在游戏里每人都有一个固定的信息传递对象，其中，编号为 i 的同学的信息传递对象是编号为 T_i 的同学。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游戏开始时，每人都只知道自己的生日。之后每一轮中，所有人会同时将自己当前所知的生日信息告诉各自的信息传递对象（注意：可能有人可以从若干人那里获取信息， 但是每人只会把信息告诉一个人，即自己的信息传递对象）。当有人从别人口中得知自己的生日时，游戏结束。请问该游戏一共可以进行几轮？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共2行。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第1行包含1个正整数 n ，表示 n 个人。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第2行包含 n 个用空格隔开的正整数 T_1,T_2,·s·s,T_n ，其中第 i 个整数 T_i 表示编号为 i 的同学的信息传递对象是编号为 T_i 的同学， T_i ≤q n 且 T_i ≠ i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数据保证游戏一定会结束。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个整数，表示游戏一共可以进行多少轮。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2 4 2 3 1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游戏的流程如图所示。当进行完第 3 轮游戏后， 4 号玩家会听到 2 号玩家告诉他自己的生日，所以答案为 3。当然，第 3 轮游戏后， 2 号玩家、 3 号玩家都能从自己的消息来源得知自己的生日，同样符合游戏结束的条件。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30%的数据， n ≤ 200；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60%的数据， n ≤ 2500；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100%的数据， n ≤ 200000。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NOIP2015提高组复赛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8154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xq40nuv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1549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