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2028: 身份证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身份证号码是由十七位数字本体码和一位校验码组成。排列顺序从左到右依次为：六位数字“地址码”、八位数字“出生日期码”、三位数字“顺序码”和一位数字“校验码”。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“地址码”用来表示公民常住户口所在地区的行政区划代码。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“出生日期码”表示公民的出生年、月、日。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“顺序码”表示在同一“地址码”所表示的区域范围内，对同年、同月、同日出生的人编定的顺序号，顺序码的奇数分配给男性，偶数分配给女性。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“校验码”是根据前面十七位数字计算得到，计算方法为：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步：将前面的身份证号码 17 位数分别乘以不同的系数。从第 1 位到第 17 位的系数分别为：7、9、10、5、8、4、2、1、6、3、7、9、10、5、8、4、2；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步：将这 17 位数字和系数相乘的结果相加；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步：用加出来的和除以 11 ，得到余数；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步：余数只可能有 0、1、2、3、4、5、6、7、8、9、10 这 11 个数字，其分别对应的校验码为 1、0、X (注意是大写)、9、8、7、6、5、4、3、2 ；也就是说如果上面得到的余数为 2 ，那校验码就是 X ，如果余数为 10 ，那校验码就是 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现在你只记得自己身份证上的前 17 位，你能否不用回家拿身份证就可以知道最后一位是多少？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输入只有一行，由 17 个数字组成，表示身份证号码的前 17 位，数字和数字之间用空格隔开。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输出该身份证的最后一位校验码。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4 4 2 0 0 0 1 9 9 6 0 1 0 1 0 2 3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