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2020: 字符串的插入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请将一个字符串 s_2，插入到一个字符串 s_1 的第 p 个字符之后。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输入三行: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行是字符串 s_2。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行是字符串 s_1。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行是位置 p ，本题确认位置 p 一定是 1 到s_1 的字符串长度之间的整数，本题中的字符串均是没有空格的字符串。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输出组合后的字符串。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qwe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jij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jijqwe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