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2017: 子串统计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给出一个字符串 s ，求出 s 中重复出现过的子串中最长的子串，并求出最长子串的首字母的位置，如果出现多组重复出现的最长子串，只输出按字母序从小到大，第一个最长的相同子串的位置（字典码最小的）。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例如：字符串 s 为：aabcdttabcdettaabcftt ，它的最长重复出现的子串有两个 abcd 和 aabc 长度都为 4 ，这两字符串均为 s 的最长重复出现的子串，但输出时只需输出 aabc 第一次出现的位置，因为 aabc 的字典码小于 abcd。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输入为一行，为一个字符串 s ，保证 s 中有重复出现的子串且字符串长度小于 100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为两行，第一行为最长重复出现的子串，第二行为此子串第一次出现的位置。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aabcdttabcdettaabcftt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