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2016: 旅游景点大排名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小宇今年的信息学竞赛拿到好成绩，妈妈为了奖励他，想带他去旅游，但前提是小宇要讲出不少于 10 个我国旅游景点的英文名字，并按字典排好序给妈妈听。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聪明的你，能帮小宇完成这个 easy 的任务，让小宇顺利PASS，跟妈妈去旅游吗?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 行，以 end 结束。（最多不超过 1000 行）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排好序的旅游景点英文名字。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HongKong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TsingTao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Macau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Canton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Amoy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KiangSu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Ningpo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Foochow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chu-hai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TienTisn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end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Amoy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Canton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Foochow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HongKong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KiangSu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Macau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Ningpo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TienTisn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TsingTao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chu-hai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