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2014: 镜像字符串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大家都知道，镜子能把内容左右颠倒，比如，你拿着一个单词 apple ，用它的最后侧的字符 e 贴着镜子，看到的字符串一定是 elppa ，我们把颠倒后的单词，称之为镜像单词。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现在有 n 个字符串，每个字符串中包含了若干被镜像的单词，请你编程将这些单词恢复原状。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请注意，不是整个字符串“颠倒”了，而是字符串中的每个单词“颠倒了”。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比如：有如下字符串 olleH kcaJ ，这个字符串就包含了 2 个被“颠倒”的单词，将这两个单词恢复原状，结果应该是 Hello Jack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n（n ≤ 500）表示接下来有 n 行字符串需要我们来处理。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行，每行有一个字符串，字符串中包含了若干被“颠倒”的单词，单词之间使用一个或多个空格分隔。（一行最多有 1000 个字符）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行，每行表示对输入每行字符串处理的结果。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olleh !dlrow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 ekil .bulcmca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 evol .mca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hello world!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 like acmclub.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 love acm.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C++如果要先cin一个整数，再getline一个字符串，要注意在cin之后添加getchar()来读掉整数后多余的换行符！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int n;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string s;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cin&gt;&gt;n;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getchar();//读掉n后面多余的换行符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getline(cin,s);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cout&lt;&lt;n&lt;&lt;endl&lt;&lt;s;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