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2013: 求概率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2013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字符串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379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字符串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数学中有概率的概念。概率反映的是事件出现的可能性大小。设对某一随机现象进行了 n 次试验与观察，其中 A 事件出现了 m 次，即其出现的频率为 m/n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比如：有一个字符串 happy ，那么该单词中字符 a 出现的概率 = 1 / 5 = 0.2，字符 p 出现的概率 = 2 / 5 = 0.4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现给出 n 行，每行有一个字符和一个单词，求该字符在单词中出现的概率。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注意：求字符出现的概率时，不区分大小写，也就是如果求字符 P 在 happy 中出现的概率，结算结果 =  2 / 5 = 0.4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1 行是一个整数 n（n ≤ 200），表示接下来有 n 组数据需要你来计算；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 n 行，每行有一个字符和一个单词（单词长度 ≤ 500 ），字符和单词之间用空格隔开。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 n 行，求出输入的 n 行数据中，每个字符在单词中出现的概率，结果保留 5 位小数。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a apple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c Candy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a banana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0.20000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0.20000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0.50000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