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2010: 密码锁的密码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有一个电子门，门上有很多字符，经研究发现，门上的字符中包含了打开电子门的密码。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已知门上有两行字符串，其中第一行字符串长度一定是偶数，如果把第2个字符串插入到第1个子串的正中间，就是这个电子门的密码。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请你编程计算出电子门的正确密码。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输入数据首先给出一个整数n，表示测试数据的组数。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然后是n组数据，每组数据2行，每行一个字符串（字符串不含空格），长度大于0，小于50，并且第一个串的长度一定是偶数。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请为每组数据输出一个能够开启电子门的字符串，每组输出占一行。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CSJI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CMCLU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CSBIJI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ACMCLUB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