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2006: 天平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T 到 CZ 中学上的第一堂课是物理课，第一堂课 L 老师就把大家带到创新实验室去 做实验了，实验的内容是天平称物。众所周知天平是物理实验室中的一种衡量物体质量的 仪器，它依据杠杆原理制成，在杠杆的两端各有一个小盘，一端放砝码，另一端放要称的 物体，杠杆中央装有指针，两端平衡时，意味着两端的质量相等。这些道理对学过初中物理的人来说已经是老生常谈了，小T原以为这次实验跟初二做过的不会有太大区别，但当他一走进创新实验室，就立即被眼前堆得跟小山一样的砝码震住了，小T走上前去拿出几个砝码看了一下，发现所有砝码上标明的质量均为 2 的幂次：1g,2g,4g,8g,16g,32g 等等， 这下小T彻底被雷到了，心想这是物理实验室吗？怎么跟计算机中的二进制表示那么相似呢？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正当小 T 想得出神，L 老师已经在大声催促同学们座到指定位置上去做实验了，小 T 和同桌小S两人一组很快就把桌上几个物体的质量用天平称出来了，抬头一看周围的同学 还都在忙碌着，小 T 就对小 S 说：“我们来做个游戏好不好？”小 S 说：“做什么游戏？” 小T说：“很简单，我随意抓一把些砝码放到天平的左端，你要在天平的右端放置最少数 量的砝码使得天平平衡。”小 S 说：“没问题，那我们就开始吧！”游戏开始后，小S发现 当小T放上去的砝码个数较多且相同质量的砝码有多个时有点难办，于是他就找到了会编程的你，希望你帮他处理这个问题。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输入数据共有两行，第一行包含一个正整数 N，表示小 T 一共抓了 N 个砝码放到了天平的左端。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个用空格隔开的正整数 表示每个砝码的质量，每个砝码的质量都是 2 的幂次，即等于若干个 2 连乘的积，如 8 等于 3 个 2 连乘的积，64 等于 6 个 2 连乘的积，1024 等于 10 个 2 连乘的积等等，特别地我们规定 1 也是 2 的幂次。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输出数据仅有一行包含一个正整数表示小 S 最少要在天平的右端放置几个砝码，CZ 中 学的物理创新实验室里只有质量为 2 的幂次的砝码，并且每种砝码都取之不尽用之不竭。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中小 T 抓了两个 8g 的砝码放到了天平的左端，小 S 只要将一个 16g 的砝码放 到天平的右端就行了，答案为 1；样例 2 中小 T 抓了 5 个 1g 的砝码和 1 个 4g 的砝码放到 了天平的左端，小 S 只要将一个 8g 的砝码和一个 1g 的砝码放到天平的右端就行了，答案 为   2，可以验证放一个砝码到天平的右端是不可能平衡的，因为创新实验室里不存在质量 为 9g 的砝码，9 不是 2 的幂次。上文中的 g 是质量的单位，翻译成中文叫“克”，1 千克 就是我们平时讲的 1 公斤。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30%的数据满足：N≤10，天平左端的 N 个砝码的总质量不超过 100g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60%的数据满足：N≤100，天平左端的 N 个砝码的总质量不超过 10000g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100%的数据满足：N≤10000，天平左端的 N 个砝码的总质量不超过 2000000000g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2014年常州市赛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