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2005: 选班委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T 和他的小伙伴们到 CZ 中学的创新实验班报到后的第一件事就是选班委，班主任 R 老师走上讲台宣布了选举办法，首先让全班 40 位同学依次上讲台做自我介绍，然后按照 职位一个一个依次进行选举，先选班长，再选学习委员……，选举办法是每人投一票，谁 的票数最高就选谁担任这个职位，最后围棋高手小 W 颇具大将风范被选为班长，学神小 Z 当选为学习委员那是众望所归，小 S 则有天生一副好嗓子，不但歌唱得好，并且能将多种 动物的叫声模仿得惟妙惟肖，因此当选为文体委员。小 T 同学在本次选举中负责计票，他 觉得手工计票太慢了，且容易出错，因此想请你编一个程序实现机器计票功能。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这个程序 要能实现以下功能：全班共有 n 个同学，依次用 1 到 n 编号，共有 m 个人（包括班主任和 任课老师等）参与了投票，每张选票上写有一个同学的编号，得票最多的同学当选。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输入数据第一行包含两个用空格隔开的正整数 n 和 m，其中 n ≤ 200，m ≤ 2000。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m 个用空格隔开的不超过 n 的正整数，表示这 m 张选票上所写的编号。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输出得票最多的那个同学的编号。如果同时有两名以上同学得票最多，输出编号最小的那个同学的编号。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全班共有 3 位同学参选，共有 4 人进行了投票，其中有 2 人选了 1 号同学，选 2 号和 3 号同学的都只有 1 人，最后 1 号同学得 2 票，2 号和 3 号同学各得 1 票，1 号同学得票最多， 当选班委。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20 %的数据满足：n ≤ 3，m ≤ 20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60 %的数据满足：n ≤ 100，m ≤ 500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70 %的数据满足：得票最多的同学是唯一的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100 %的数据满足：n ≤ 200，m ≤ 2000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常州市2014年市赛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