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2002: 投篮(b.cpp)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刚把猜先的程序交给少年宫的小朋友就接到了健身教练的电话，教练要求他马上到中天体育馆练习投篮，之所以选择投篮这个项目，主要目的是要在帮助小 X 减肥的同时还能预防颈椎病。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每次必须投满规定的积分才能结束投篮，积分规则是这样的：小 X 每投中一个球得 1 分，如果没投中但球碰到了篮框、篮板或篮网则既不得分也不扣分，如果球啥也没碰到(俗称三不沾)则倒扣 1 分，作为奖励小 X 如能连续投中 3 球则额外加 1 分，如连续投中 4 球则额外加 2 分，依次类推，即连续投中 K 球(K ≥ 3)则额外加 K-2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教练每次给小X 计分都很辛苦，于是他要求小 X 设计一个能自动计分的程序，小 X 觉得这个程序也很简单，于是他把这个任务又交给了你！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输入数据共有两行，第一行为一个正整数 n，表示小 X 共进行了 n 次投篮。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第二行为一个由 n 个字符组成的字符串，该字符串只包含三种字符，分别是大写字母 V,T,X，其中 V 表示投中了， T 表示没投中但不用扣分， X 表示要扣 1 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输出一行仅有一个整数为小 X 的得分。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VVVVVTXV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先连续投中 5 个球，得到 5+3 分，其中 3 分为额外奖励到的。接着第六个球没投中也没扣分，第七个球扣了 1 分， 最后一球得 1 分， 因此答案为 8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 n ≤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另外 20% 的数据不存在连续的 3 个 V。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另外 30% 的数据不存在 X。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 n ≤ 10000。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2019年常州市赛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