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1997: 孤独的素数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 n 行 m 列的矩阵王国中，生活着一些整数，其中一些是素数，一些不是素数。如果一个素数的上下左右、左上、右上、左下、右下相邻的数中都没有素数，我们就认为这是一个孤独的素数。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比如：一个 3 行 5 列的矩阵如下。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3 8 10 9 5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6 10 2 4 13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8 8 9 6 3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这个矩阵中有 2 个素数，分别是第 1 行第 1 列的 3，和第 2 行第 3 列的 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请编程计算出，一个 n 行 m 列的矩阵中有多少个孤独的素数？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 n 和 m ，代表矩阵的大小（3 ≤ n,m ≤ 50）。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个整数（这些整数是 1 ∼ 1000 之间的整数，含 1 和 1000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个整数，代表矩阵中孤独素数的个数。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3 8 10 9 5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6 10 2 4 13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8 8 9 6 3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