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1995: 棋盘方格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设有一个 N × M 方格的棋盘 (1≤N≤100,1≤M≤100)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求出该棋盘中包含有多少个正方形、多少个长方形（不包括正方形）。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N=2, M=3 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正方形的个数有 8 个：即边长为 1 的正方形有 6 个；边长为 2 的正方形有 2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长方形的个数有 10 个：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即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× 1 的长方形有 4 个：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× 2 的长方形有 3 个：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× 1 的长方形有 2 个：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× 2 的长方形有 1 个：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44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ydmcaa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4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5395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5hgb0d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9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67437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xohbbs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743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4:</w:t>
      </w:r>
    </w:p>
    <w:p>
      <w:r>
        <w:drawing>
          <wp:inline xmlns:a="http://schemas.openxmlformats.org/drawingml/2006/main" xmlns:pic="http://schemas.openxmlformats.org/drawingml/2006/picture">
            <wp:extent cx="4572000" cy="150778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rtqvcz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077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5:</w:t>
      </w:r>
    </w:p>
    <w:p>
      <w:r>
        <w:drawing>
          <wp:inline xmlns:a="http://schemas.openxmlformats.org/drawingml/2006/main" xmlns:pic="http://schemas.openxmlformats.org/drawingml/2006/picture">
            <wp:extent cx="4572000" cy="27829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kvjz42m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82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每个测试文件只包含一组测试数据，每组输入两个正整数 n 和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对于每组输入数据，出该棋盘中包含的正方形个数和长方形个数。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【来源】1997年NOIP全国联赛普及组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