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1993: 记数问题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试计算在区间 1 到 n 的所有整数中，数字 x（0 ≤ x ≤ 9 ） 共出现了多少次？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例如，在 1 到 11 中，即在 1、 2、 3、 4、 5、 6、 7、 8、 9、 10、 11 中，数字 1 出现了 4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1 行，包含 2 个整数 n、 x，之间用一个空格隔开。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1 行，包含一个整数，表示 x 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100 % 的数据， 1 ≤ n ≤ 1,000,000， 0 ≤ x ≤ 9。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2013年NOIP普及组复赛第1题。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