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1991: 跳房子（jump）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noip复赛动态规划二分答案单调队列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NOIP2017 普及组 T4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跳房子，也叫跳飞机，是一种世界性的儿童游戏，也是中国民间传统的体育游戏之一。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跳房子的游戏规则如下：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在地面上确定一个起点，然后在起点右侧画 n 个格子，这些格子都在同一条直线上。每个格子内有一个数字（整数），表示到达这个格子能得到的分数。玩家第一次从起点开始向右跳，跳到起点右侧的一个格子内。第二次再从当前位置继续向右跳，依此类推。规则规定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玩家每次都必须跳到当前位置右侧的一个格子内。玩家可以在任意时刻结束游戏，获得的分数为曾经到达过的格子中的数字之和。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 R 研发了一款弹跳机器人来参加这个游戏。但是这个机器人有一个非常严重的缺陷，它每次向右弹跳的距离只能为固定的 d。小 R 希望改进他的机器人，如果他花 g 个金币改进他的机器人，那么他的机器人灵活性就能增加 g，但是需要注意的是，每 次弹跳的距离至少为 1。具体而言，当 g &lt; d 时，他的机器人每次可以选择向右弹跳的距离为 d-g,d-g+1,d-g+2,…,d+g-1,d+g；否则当 g ≥ d 时，他的机器人每次可以选择向右弹跳的距离为 1,2,3,…,d+g-1,d+g。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 R 希望获得至少 k 分，请问他至少要花多少金币来改造他的机器人。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第一行三个正整数 n,d,k，分别表示格子的数目，改进前机器人弹跳的固定距离，以及希望至少获得的分数。相邻两个数之间用一个空格隔开。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行，每行两个整数 x_i,s_i，分别表示起点到第 i 个格子的距离以及第 i 个格子的分数。两个数之间用一个空格隔开。保证 x_i 按递增顺序输入。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共一行，一个整数，表示至少要花多少金币来改造他的机器人。若无论如何他都无法获得至少 k 分，输出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花费 2 个金币改进后，小 R 的机器人依次选择的向右弹跳的距离分别为  2, 3, 5, 3, 4,3，先后到达的位置分别为 2, 5, 10, 13, 17, 20，对应  1, 2, 3, 5, 6, 7 这 6 个格子。这些格子中的数字之和  15 即为小 R 获得的分数。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 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由于样例中 7 个格子组合的最大可能数字之和只有 18，所以无论如何都无法获得 20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数据规模与约定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 10 组测试数据，每组数据等分。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对于全部的数据满足 1 ≤ n ≤ 5×10^5，1 ≤ d ≤2×10^3，1 ≤ x_i, k ≤ 10^9，|s_i| &lt;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1, 2 组测试数据，保证 n≤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3, 4, 5 组测试数据，保证 n ≤ 500。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6, 7, 8 组测试数据，保证 d =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