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1990: 摆渡车（bus）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1990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noip复赛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390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noip复赛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有 n 名同学要乘坐摆渡车从人大附中前往人民大学，第 i 位同学在第 t_i 分钟去 等车。只有一辆摆渡车在工作，但摆渡车容量可以视为无限大。摆渡车从人大附中出发、 把车上的同学送到人民大学、再回到人大附中（去接其他同学），这样往返一趟总共花费 m 分钟（同学上下车时间忽略不计）。摆渡车要将所有同学都送到人民大学。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凯凯很好奇，如果他能任意安排摆渡车出发的时间，那么这些同学的等车时间之和最小为多少呢？  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注意：摆渡车回到人大附中后可以即刻出发。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第一行包含两个正整数 n, m，以一个空格分开，分别代表等车人数和摆渡车往返一趟的时间。  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第二行包含 n 个正整数，相邻两数之间以一个空格分隔，第 i 个非负整数 t_i 代表第 i 个同学到达车站的时刻。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输出一行，一个整数，表示所有同学等车时间之和的最小值（单位：分钟）。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【输入输出样例 1 说明】  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同学 1 和同学 4 在第 3 分钟开始等车，等待 0 分钟，在第 3 分钟乘坐摆渡车出发。摆渡车在第 4 分钟回到人大附中。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同学 2 和同学 3 在第 4 分钟开始等车，等待 0 分钟，在第 4 分钟乘坐摆渡车 出发。摆渡车在第 5 分钟回到人大附中。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同学 5 在第 5 分钟开始等车，等待 0 分钟，在第 5 分钟乘坐摆渡车出发。自此 所有同学都被送到人民大学。总等待时间为 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【输入输出样例 2 说明】 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同学 3 在第 1 分钟开始等车，等待 0 分钟，在第 1 分钟乘坐摆渡车出发。摆渡 车在第 6 分钟回到人大附中。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同学 4 和同学 5 在第 5 分钟开始等车，等待 1 分钟，在第 6 分钟乘坐摆渡车 出发。摆渡车在第 11 分钟回到人大附中。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同学 1 在第 11 分钟开始等车，等待 2 分钟；同学 2 在第 13 分钟开始等车， 等待 0 分钟。他/她们在第 13 分钟乘坐摆渡车出发。自此所有同学都被送到人民大学。 总等待时间为 4。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可以证明，没有总等待时间小于 4 的方案。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【数据规模与约定】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 10% 的数据，n ≤ 10, m = 1, 0 ≤ t_i ≤ 100。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30% 的数据，n ≤ 20, m ≤ 2, 0 ≤ t_i ≤ 100。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50% 的数据，n ≤ 500, m ≤ 100, 0 ≤ t_i ≤ 10^4。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另有 20% 的数据，n ≤ 500, m ≤ 10, 0 ≤ t_i ≤ 4 ×  10^6。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的数据，n ≤ 500, m ≤ 100, 0 ≤ t_i ≤ 4 × 10^6。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