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jpg" ContentType="image/png"/>
  <Override PartName="/word/media/image3.jpg" ContentType="image/png"/>
  <Override PartName="/word/media/image4.jpg" ContentType="image/png"/>
  <Override PartName="/word/media/image5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1989: 对称二叉树（tree）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一棵有点权的有根树如果满足以下条件，则被轩轩称为对称二叉树：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二叉树；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将这棵树所有节点的左右子树交换，新树和原树对应位置的结构相同且点权相等。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下图中节点内的数字为权值，节点外的 id 表示节点编号。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现在给出一棵二叉树，希望你找出它的一棵子树，该子树为对称二叉树，且节点数 最多。请输出这棵子树的节点数。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注意：只有树根的树也是对称二叉树。本题中约定，以节点 T 为子树根的一棵“子 树”指的是：节点 T 和它的全部后代节点构成的二叉树。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942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xwd5v0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94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第一行一个正整数 n，表示给定的树的节点的数目，规定节点编号 1 ∼ n，其中节点 1 是树根。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 n 个正整数，用一个空格分隔，第 i 个正整数 v_i 代表节点 i 的权值。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行，每行两个正整数 l_i, r_i，分别表示节点 i 的左右孩子的编号。如果不存在左 / 右孩子，则以 -1 表示。两个数之间用一个空格隔开。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输出文件共一行，包含一个整数，表示给定的树的最大对称二叉子树的节点数。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【输入输出样例 1 说明】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最大的对称二叉子树为以节点 2 为树根的子树，节点数为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【输入输出样例 2 说明】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最大的对称二叉子树为以节点 7 为树根的子树，节点数为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【数据规模与约定】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共 25 个测试点。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v_i ≤ 1000。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测试点 1 ∼ 3, n ≤ 10，保证根结点的左子树的所有节点都没有右孩子，根结点的右 子树的所有节点都没有左孩子。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4 ∼ 8,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测试点 9 ∼ 12, n ≤ 10^5，保证输入是一棵“满二叉树”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13 ∼ 16, n ≤ 10^5，保证输入是一棵“完全二叉树”。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 17 ∼ 20, n ≤ 10^5，保证输入的树的点权均为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测试点 21 ∼ 25, n ≤ 10^6。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本题约定：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层次：节点的层次从根开始定义起，根为第一层，根的孩子为第二层。树中任一节 点的层次等于其父亲节点的层次加 1。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树的深度：树中节点的最大层次称为树的深度。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满二叉树：设二叉树的深度为 h，且二叉树有 2^h-1 个节点，这就是满二叉树。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完全二叉树：设二叉树的深度为 h，除第 h 层外，其它各层的结点数都达到最大 个数，第 h 层所有的结点都连续集中在最左边，这就是完全二叉树。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52322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619mvgt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23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8916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wchr4my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91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3:</w:t>
      </w:r>
    </w:p>
    <w:p>
      <w:r>
        <w:drawing>
          <wp:inline xmlns:a="http://schemas.openxmlformats.org/drawingml/2006/main" xmlns:pic="http://schemas.openxmlformats.org/drawingml/2006/picture">
            <wp:extent cx="4572000" cy="279318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b1ub42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93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4:</w:t>
      </w:r>
    </w:p>
    <w:p>
      <w:r>
        <w:drawing>
          <wp:inline xmlns:a="http://schemas.openxmlformats.org/drawingml/2006/main" xmlns:pic="http://schemas.openxmlformats.org/drawingml/2006/picture">
            <wp:extent cx="4572000" cy="189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jd8xyi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